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8C05" w14:textId="350041AF" w:rsidR="00C721D2" w:rsidRDefault="00000000">
      <w:r>
        <w:rPr>
          <w:b/>
          <w:sz w:val="28"/>
        </w:rPr>
        <w:t>Cover Letter for Manuscript Submission</w:t>
      </w:r>
    </w:p>
    <w:p w14:paraId="1025B1A2" w14:textId="77777777" w:rsidR="00F27F05" w:rsidRDefault="00F27F05"/>
    <w:p w14:paraId="05D4E896" w14:textId="77777777" w:rsidR="00F27F05" w:rsidRDefault="00F27F05"/>
    <w:p w14:paraId="1C7764E0" w14:textId="77777777" w:rsidR="00C721D2" w:rsidRDefault="00000000">
      <w:r>
        <w:t>To:</w:t>
      </w:r>
      <w:r>
        <w:br/>
        <w:t>The Editor-in-Chief</w:t>
      </w:r>
      <w:r>
        <w:br/>
        <w:t>Eastern Heartland Journal of Medicine (EHJM)</w:t>
      </w:r>
      <w:r>
        <w:br/>
        <w:t>[Address or Online Submission Portal]</w:t>
      </w:r>
      <w:r>
        <w:br/>
      </w:r>
    </w:p>
    <w:p w14:paraId="2B659CAC" w14:textId="77777777" w:rsidR="00C721D2" w:rsidRDefault="00000000">
      <w:r>
        <w:t>Date: ___________________________</w:t>
      </w:r>
      <w:r>
        <w:br/>
      </w:r>
    </w:p>
    <w:p w14:paraId="74384E45" w14:textId="77777777" w:rsidR="00C721D2" w:rsidRDefault="00000000">
      <w:r>
        <w:t>Dear Editor,</w:t>
      </w:r>
    </w:p>
    <w:p w14:paraId="2F1F9A77" w14:textId="77777777" w:rsidR="00C721D2" w:rsidRDefault="00000000">
      <w:r>
        <w:t>We, the undersigned authors, wish to submit our manuscript entitled “[Title of the Manuscript]” for consideration for publication in the Eastern Heartland Journal of Medicine (EHJM). This manuscript represents original work and has not been published elsewhere nor is it under consideration by another journal.</w:t>
      </w:r>
      <w:r>
        <w:br/>
      </w:r>
      <w:r>
        <w:br/>
        <w:t>All authors have read and approved the final version of the manuscript and agree with its submission to EHJM. We confirm that all authors meet the authorship criteria as defined by the International Committee of Medical Journal Editors (ICMJE), and that anyone who does not meet these criteria has been appropriately acknowledged.</w:t>
      </w:r>
      <w:r>
        <w:br/>
      </w:r>
      <w:r>
        <w:br/>
        <w:t>We further confirm that we have disclosed all potential conflicts of interest, sources of funding, and ethical approvals where applicable, in accordance with the ICMJE Recommendations for the Conduct, Reporting, Editing, and Publication of Scholarly Work in Medical Journals.</w:t>
      </w:r>
      <w:r>
        <w:br/>
      </w:r>
      <w:r>
        <w:br/>
        <w:t>We believe our findings will contribute meaningfully to the field and be of interest to your readership. We kindly request that all correspondence regarding this manuscript be directed to the corresponding author.</w:t>
      </w:r>
      <w:r>
        <w:br/>
      </w:r>
      <w:r>
        <w:br/>
      </w:r>
    </w:p>
    <w:p w14:paraId="6A758232" w14:textId="77777777" w:rsidR="00C721D2" w:rsidRDefault="00000000">
      <w:r>
        <w:t>Corresponding Author:</w:t>
      </w:r>
      <w:r>
        <w:br/>
        <w:t>[Full Name, Degrees]</w:t>
      </w:r>
      <w:r>
        <w:br/>
        <w:t>[Institution]</w:t>
      </w:r>
      <w:r>
        <w:br/>
        <w:t>[Department]</w:t>
      </w:r>
      <w:r>
        <w:br/>
        <w:t>[Address]</w:t>
      </w:r>
      <w:r>
        <w:br/>
        <w:t>[Email]</w:t>
      </w:r>
      <w:r>
        <w:br/>
      </w:r>
      <w:r>
        <w:lastRenderedPageBreak/>
        <w:t>[Phone Number]</w:t>
      </w:r>
      <w:r>
        <w:br/>
      </w:r>
    </w:p>
    <w:p w14:paraId="3910B67E" w14:textId="77777777" w:rsidR="00C721D2" w:rsidRDefault="00000000">
      <w:r>
        <w:br/>
        <w:t>Sincerely,</w:t>
      </w:r>
    </w:p>
    <w:p w14:paraId="5135E30D" w14:textId="77777777" w:rsidR="00C721D2" w:rsidRDefault="00000000">
      <w:r>
        <w:t>_______________________________</w:t>
      </w:r>
      <w:r>
        <w:br/>
        <w:t>[Name, Degree]</w:t>
      </w:r>
      <w:r>
        <w:br/>
        <w:t>[Institution]</w:t>
      </w:r>
      <w:r>
        <w:br/>
        <w:t>(Signature)</w:t>
      </w:r>
    </w:p>
    <w:p w14:paraId="1B545D6A" w14:textId="77777777" w:rsidR="00C721D2" w:rsidRDefault="00000000">
      <w:r>
        <w:br/>
        <w:t>_______________________________</w:t>
      </w:r>
      <w:r>
        <w:br/>
        <w:t>[Name, Degree]</w:t>
      </w:r>
      <w:r>
        <w:br/>
        <w:t>[Institution]</w:t>
      </w:r>
      <w:r>
        <w:br/>
        <w:t>(Signature)</w:t>
      </w:r>
    </w:p>
    <w:p w14:paraId="0E90705F" w14:textId="77777777" w:rsidR="00C721D2" w:rsidRDefault="00000000">
      <w:r>
        <w:br/>
        <w:t>_______________________________</w:t>
      </w:r>
      <w:r>
        <w:br/>
        <w:t>[Name, Degree]</w:t>
      </w:r>
      <w:r>
        <w:br/>
        <w:t>[Institution]</w:t>
      </w:r>
      <w:r>
        <w:br/>
        <w:t>(Signature)</w:t>
      </w:r>
    </w:p>
    <w:p w14:paraId="56339D37" w14:textId="77777777" w:rsidR="00C721D2" w:rsidRDefault="00000000">
      <w:r>
        <w:br/>
        <w:t>(Add more lines as needed for additional contributors)</w:t>
      </w:r>
      <w:r>
        <w:br/>
      </w:r>
    </w:p>
    <w:sectPr w:rsidR="00C721D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123653">
    <w:abstractNumId w:val="8"/>
  </w:num>
  <w:num w:numId="2" w16cid:durableId="1846741752">
    <w:abstractNumId w:val="6"/>
  </w:num>
  <w:num w:numId="3" w16cid:durableId="804153612">
    <w:abstractNumId w:val="5"/>
  </w:num>
  <w:num w:numId="4" w16cid:durableId="1132941246">
    <w:abstractNumId w:val="4"/>
  </w:num>
  <w:num w:numId="5" w16cid:durableId="1498492574">
    <w:abstractNumId w:val="7"/>
  </w:num>
  <w:num w:numId="6" w16cid:durableId="681510877">
    <w:abstractNumId w:val="3"/>
  </w:num>
  <w:num w:numId="7" w16cid:durableId="1907758288">
    <w:abstractNumId w:val="2"/>
  </w:num>
  <w:num w:numId="8" w16cid:durableId="1513181287">
    <w:abstractNumId w:val="1"/>
  </w:num>
  <w:num w:numId="9" w16cid:durableId="17480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61C8"/>
    <w:rsid w:val="0029639D"/>
    <w:rsid w:val="00326F90"/>
    <w:rsid w:val="00AA1D8D"/>
    <w:rsid w:val="00B47730"/>
    <w:rsid w:val="00C721D2"/>
    <w:rsid w:val="00CB0664"/>
    <w:rsid w:val="00F27F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B9969A"/>
  <w14:defaultImageDpi w14:val="300"/>
  <w15:docId w15:val="{883CCA45-1799-4914-BE7F-08CEC99C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Enyinnaya Osuoha</cp:lastModifiedBy>
  <cp:revision>2</cp:revision>
  <dcterms:created xsi:type="dcterms:W3CDTF">2013-12-23T23:15:00Z</dcterms:created>
  <dcterms:modified xsi:type="dcterms:W3CDTF">2025-10-16T02:36:00Z</dcterms:modified>
  <cp:category/>
</cp:coreProperties>
</file>