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To,</w:t>
      </w:r>
    </w:p>
    <w:p>
      <w:r>
        <w:t>The Editor</w:t>
      </w:r>
    </w:p>
    <w:p>
      <w:r>
        <w:t>Sub: Submission of Manuscript for publication</w:t>
      </w:r>
    </w:p>
    <w:p>
      <w:r>
        <w:t>Dear Sir,</w:t>
      </w:r>
    </w:p>
    <w:p>
      <w:r>
        <w:t>We intend to publish an article entitled “ ” in your esteemed journal as an Original Article. On behalf of all the contributors I will act and guarantor and will correspond with the journal from this point onward.</w:t>
        <w:br/>
        <w:br/>
        <w:t>This article has not been submitted to any other journal or published previously in any journal.</w:t>
        <w:br/>
        <w:br/>
        <w:t>The authors have no conflicts of interest or financial support.</w:t>
        <w:br/>
        <w:br/>
        <w:t>We hereby transfer, assign, or otherwise convey all copyright ownership, including any and all rights incidental thereto, exclusively to the journal, in the event that such work is published by the journal.</w:t>
        <w:br/>
        <w:br/>
        <w:t>Thanking you,</w:t>
      </w:r>
    </w:p>
    <w:p>
      <w:r>
        <w:t>Yours sincerely,</w:t>
      </w:r>
    </w:p>
    <w:p>
      <w:r>
        <w:br/>
        <w:t>Signature</w:t>
        <w:br/>
        <w:br/>
        <w:t>Corresponding contributor:</w:t>
      </w:r>
    </w:p>
    <w:p>
      <w:r>
        <w:br/>
        <w:br/>
        <w:br/>
      </w:r>
    </w:p>
    <w:p>
      <w:pPr>
        <w:pStyle w:val="Heading1"/>
      </w:pPr>
      <w:r>
        <w:t>Contributors' Form</w:t>
      </w:r>
    </w:p>
    <w:p>
      <w:r>
        <w:t>(to be modified as applicable and one signed copy attached with the manuscript)</w:t>
      </w:r>
    </w:p>
    <w:p>
      <w:r>
        <w:t>Manuscript Title: ________________________________________________________________</w:t>
        <w:br/>
        <w:t>I/we certify that I/we have participated sufficiently in the intellectual content, conception and design of this work or the analysis and interpretation of the data (when applicable), as well as the writing of the manuscript, to take public responsibility for it and have agreed to have my/our name listed as a contributor. I/we believe the manuscript represents valid work. Neither this manuscript nor one with substantially similar content under my/our authorship has been published or is being considered for publication elsewhere, except as described in the covering letter. I/we certify that all the data collected during the study is presented in this manuscript and no data from the study has been or will be published separately. I/we attest that, if requested by the editors, I/we will provide the data/information or will cooperate fully in obtaining and providing the data/information on which the manuscript is based, for examination by the editors or their assignees. Financial interests, direct or indirect, that exist or may be perceived to exist for individual contributors in connection with the content of this paper have been disclosed in the cover letter. Sources of outside support of the project are named in the cover letter.</w:t>
        <w:br/>
        <w:br/>
        <w:t>I/We hereby transfer(s), assign(s), or otherwise convey(s) all copyright ownership, including any and all rights incidental thereto, exclusively to this journal, in the event that such work is published by the journal.</w:t>
      </w:r>
    </w:p>
    <w:p>
      <w:r>
        <w:t>We give the rights to the corresponding author to make necessary changes as per the request of the journal, do the rest of the correspondence on our behalf and he/she will act as the guarantor for the manuscript on our behalf.</w:t>
        <w:br/>
        <w:br/>
        <w:t>All persons who have made substantial contributions to the work reported in the manuscript, but who are not contributors, are named in the Acknowledgment and have given me/us their written permission to be named. If I/we do not include an Acknowledgment that means I/we have not received substantial contributions from non-contributors and no contributor has been omitted.</w:t>
      </w:r>
    </w:p>
    <w:tbl>
      <w:tblPr>
        <w:tblW w:type="auto" w:w="0"/>
        <w:tblLook w:firstColumn="1" w:firstRow="1" w:lastColumn="0" w:lastRow="0" w:noHBand="0" w:noVBand="1" w:val="04A0"/>
      </w:tblPr>
      <w:tblGrid>
        <w:gridCol w:w="2880"/>
        <w:gridCol w:w="2880"/>
        <w:gridCol w:w="2880"/>
      </w:tblGrid>
      <w:tr>
        <w:tc>
          <w:tcPr>
            <w:tcW w:type="dxa" w:w="2880"/>
          </w:tcPr>
          <w:p>
            <w:r>
              <w:t>Name</w:t>
            </w:r>
          </w:p>
        </w:tc>
        <w:tc>
          <w:tcPr>
            <w:tcW w:type="dxa" w:w="2880"/>
          </w:tcPr>
          <w:p>
            <w:r>
              <w:t>Signature</w:t>
            </w:r>
          </w:p>
        </w:tc>
        <w:tc>
          <w:tcPr>
            <w:tcW w:type="dxa" w:w="2880"/>
          </w:tcPr>
          <w:p>
            <w:r>
              <w:t>Date signed</w:t>
            </w:r>
          </w:p>
        </w:tc>
      </w:tr>
      <w:tr>
        <w:tc>
          <w:tcPr>
            <w:tcW w:type="dxa" w:w="2880"/>
          </w:tcPr>
          <w:p>
            <w:r>
              <w:t>1 ------------------------------------------</w:t>
            </w:r>
          </w:p>
        </w:tc>
        <w:tc>
          <w:tcPr>
            <w:tcW w:type="dxa" w:w="2880"/>
          </w:tcPr>
          <w:p>
            <w:r>
              <w:t>---------------------</w:t>
            </w:r>
          </w:p>
        </w:tc>
        <w:tc>
          <w:tcPr>
            <w:tcW w:type="dxa" w:w="2880"/>
          </w:tcPr>
          <w:p>
            <w:r>
              <w:t>--------------------</w:t>
            </w:r>
          </w:p>
        </w:tc>
      </w:tr>
      <w:tr>
        <w:tc>
          <w:tcPr>
            <w:tcW w:type="dxa" w:w="2880"/>
          </w:tcPr>
          <w:p>
            <w:r>
              <w:t>2 ------------------------------------------</w:t>
            </w:r>
          </w:p>
        </w:tc>
        <w:tc>
          <w:tcPr>
            <w:tcW w:type="dxa" w:w="2880"/>
          </w:tcPr>
          <w:p>
            <w:r>
              <w:t>---------------------</w:t>
            </w:r>
          </w:p>
        </w:tc>
        <w:tc>
          <w:tcPr>
            <w:tcW w:type="dxa" w:w="2880"/>
          </w:tcPr>
          <w:p>
            <w:r>
              <w:t>--------------------</w:t>
            </w:r>
          </w:p>
        </w:tc>
      </w:tr>
      <w:tr>
        <w:tc>
          <w:tcPr>
            <w:tcW w:type="dxa" w:w="2880"/>
          </w:tcPr>
          <w:p>
            <w:r>
              <w:t>3 ------------------------------------------</w:t>
            </w:r>
          </w:p>
        </w:tc>
        <w:tc>
          <w:tcPr>
            <w:tcW w:type="dxa" w:w="2880"/>
          </w:tcPr>
          <w:p>
            <w:r>
              <w:t>---------------------</w:t>
            </w:r>
          </w:p>
        </w:tc>
        <w:tc>
          <w:tcPr>
            <w:tcW w:type="dxa" w:w="2880"/>
          </w:tcPr>
          <w:p>
            <w:r>
              <w:t>--------------------</w:t>
            </w:r>
          </w:p>
        </w:tc>
      </w:tr>
      <w:tr>
        <w:tc>
          <w:tcPr>
            <w:tcW w:type="dxa" w:w="2880"/>
          </w:tcPr>
          <w:p>
            <w:r>
              <w:t>4 ------------------------------------------</w:t>
            </w:r>
          </w:p>
        </w:tc>
        <w:tc>
          <w:tcPr>
            <w:tcW w:type="dxa" w:w="2880"/>
          </w:tcPr>
          <w:p>
            <w:r>
              <w:t>---------------------</w:t>
            </w:r>
          </w:p>
        </w:tc>
        <w:tc>
          <w:tcPr>
            <w:tcW w:type="dxa" w:w="2880"/>
          </w:tcPr>
          <w:p>
            <w:r>
              <w:t>--------------------</w:t>
            </w:r>
          </w:p>
        </w:tc>
      </w:tr>
      <w:tr>
        <w:tc>
          <w:tcPr>
            <w:tcW w:type="dxa" w:w="2880"/>
          </w:tcPr>
          <w:p>
            <w:r>
              <w:t>5 ------------------------------------------</w:t>
            </w:r>
          </w:p>
        </w:tc>
        <w:tc>
          <w:tcPr>
            <w:tcW w:type="dxa" w:w="2880"/>
          </w:tcPr>
          <w:p>
            <w:r>
              <w:t>---------------------</w:t>
            </w:r>
          </w:p>
        </w:tc>
        <w:tc>
          <w:tcPr>
            <w:tcW w:type="dxa" w:w="2880"/>
          </w:tcPr>
          <w:p>
            <w:r>
              <w:t>--------------------</w:t>
            </w:r>
          </w:p>
        </w:tc>
      </w:tr>
    </w:tbl>
    <w:p>
      <w:pPr>
        <w:pStyle w:val="Heading1"/>
      </w:pPr>
      <w:r>
        <w:t>Checklist</w:t>
      </w:r>
    </w:p>
    <w:p>
      <w:r>
        <w:t>Manuscript Title: ________________________________________________________________</w:t>
        <w:br/>
        <w:t>Covering letter</w:t>
        <w:br/>
        <w:t>☑ Signed by all contributors</w:t>
        <w:br/>
        <w:t>☑ Previous publication / presentations mentioned</w:t>
        <w:br/>
        <w:t>☑ Source of funding mentioned</w:t>
        <w:br/>
        <w:t>☑ Conflicts of interest disclosed</w:t>
        <w:br/>
        <w:br/>
        <w:t>Authors</w:t>
        <w:br/>
        <w:t>☑ Middle name initials provided</w:t>
        <w:br/>
        <w:t>☑ Author for correspondence, with e-mail address provided</w:t>
        <w:br/>
        <w:t>☑ Number of contributors restricted as per the instructions</w:t>
        <w:br/>
        <w:t>☑ Identity not revealed in paper except title page</w:t>
        <w:br/>
        <w:br/>
        <w:t>Presentation and format</w:t>
        <w:br/>
        <w:t>☑ Double spacing</w:t>
        <w:br/>
        <w:t>☑ Margins 2.5 cm from all four sides</w:t>
        <w:br/>
        <w:t>☑ Title page contains all the desired information</w:t>
        <w:br/>
        <w:t>☑ Running title provided (not more than 50 characters)</w:t>
        <w:br/>
        <w:t>☑ Abstract provided (not more than 250 words for original articles)</w:t>
        <w:br/>
        <w:t>☑ Structured abstract provided for an original article</w:t>
        <w:br/>
        <w:t>☑ Key words provided (three or more)</w:t>
        <w:br/>
        <w:t>☑ Key messages provided</w:t>
        <w:br/>
        <w:br/>
        <w:t>Language and grammar</w:t>
        <w:br/>
        <w:t>☑ Uniformly British English</w:t>
        <w:br/>
        <w:t>☑ Abbreviations spelt out in full for the first time</w:t>
        <w:br/>
        <w:t>☑ Numerals from 1 to 10 spelt out</w:t>
        <w:br/>
        <w:t>☑ Numerals at the beginning of the sentence spelt out</w:t>
        <w:br/>
        <w:br/>
        <w:t>Tables and figures</w:t>
        <w:br/>
        <w:t>☑ No repetition of data in tables/graphs and in text</w:t>
        <w:br/>
        <w:t>☑ Figures necessary and of good quality (colour)</w:t>
        <w:br/>
        <w:t>☑ Figure legends provided (not more than 40 words)</w:t>
        <w:br/>
        <w:t>☑ Patients’ privacy maintained</w:t>
      </w:r>
    </w:p>
    <w:p>
      <w:pPr>
        <w:pStyle w:val="Heading1"/>
      </w:pPr>
      <w:r>
        <w:t>Article Details</w:t>
      </w:r>
    </w:p>
    <w:p>
      <w:r>
        <w:t>Type of article: Original / Brief</w:t>
        <w:br/>
        <w:t>Title of the article: The Outcome and Challenges of Providing Vitreoretinal Service in a Resource Constrained Economy: Our First 30 Months Audit</w:t>
        <w:br/>
        <w:t>Running title: Vitreoretinal service in a Resource Constrained Economy</w:t>
        <w:br/>
        <w:t>Department(s) and institution(s): Department of Ophthalmology, Federal Teaching Hospital, Owerri, Imo State</w:t>
        <w:br/>
        <w:br/>
        <w:t>Corresponding Author:</w:t>
        <w:br/>
        <w:t>Name:</w:t>
        <w:br/>
        <w:t>Address:</w:t>
        <w:br/>
        <w:t>Facsimile:</w:t>
        <w:br/>
        <w:t>E-mail address:</w:t>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